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4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065826" w14:paraId="5741713A" w14:textId="77777777" w:rsidTr="00065826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E871" w14:textId="77777777" w:rsidR="00065826" w:rsidRDefault="00065826" w:rsidP="00065826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3C61F36D" wp14:editId="14C475D7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80FB9D" w14:textId="77777777" w:rsidR="00065826" w:rsidRDefault="00065826" w:rsidP="00065826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065826" w14:paraId="138FE80C" w14:textId="77777777" w:rsidTr="00065826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AAF2" w14:textId="77777777" w:rsidR="00065826" w:rsidRDefault="00065826" w:rsidP="00065826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27B678" w14:textId="77777777" w:rsidR="00065826" w:rsidRDefault="00065826" w:rsidP="00065826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065826" w14:paraId="6304E69B" w14:textId="77777777" w:rsidTr="00065826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5CEA8" w14:textId="77777777" w:rsidR="00065826" w:rsidRDefault="00065826" w:rsidP="00065826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95C2A5" w14:textId="77777777" w:rsidR="00065826" w:rsidRDefault="00065826" w:rsidP="00065826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5915F3" w14:textId="77777777" w:rsidR="00065826" w:rsidRDefault="00065826" w:rsidP="00065826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21ABD53C" w14:textId="77777777" w:rsidR="00065826" w:rsidRDefault="00065826" w:rsidP="00065826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58201CFC" w14:textId="77777777" w:rsidR="00065826" w:rsidRDefault="00065826" w:rsidP="00065826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065826" w14:paraId="40F6DF27" w14:textId="77777777" w:rsidTr="00065826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BA33" w14:textId="77777777" w:rsidR="00065826" w:rsidRDefault="00065826" w:rsidP="00065826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C6713F6" w14:textId="77777777" w:rsidR="00065826" w:rsidRDefault="00065826" w:rsidP="00065826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2975B19D" w14:textId="77777777" w:rsidR="00065826" w:rsidRDefault="00065826" w:rsidP="00065826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232BA76F" w14:textId="77777777" w:rsidR="00065826" w:rsidRDefault="00065826" w:rsidP="00065826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C3072B" w14:textId="77777777" w:rsidR="00065826" w:rsidRDefault="00065826" w:rsidP="00065826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065826" w14:paraId="5BEA08D6" w14:textId="77777777" w:rsidTr="00065826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AF89" w14:textId="77777777" w:rsidR="00065826" w:rsidRDefault="00065826" w:rsidP="00065826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53CC8DD8" w14:textId="77777777" w:rsidR="00065826" w:rsidRDefault="00065826" w:rsidP="00065826">
      <w:pPr>
        <w:spacing w:before="80" w:after="40"/>
        <w:rPr>
          <w:b/>
          <w:sz w:val="28"/>
          <w:lang w:val="fr-FR"/>
        </w:rPr>
      </w:pPr>
    </w:p>
    <w:p w14:paraId="1ACCD815" w14:textId="77777777" w:rsidR="00065826" w:rsidRDefault="00065826" w:rsidP="00065826">
      <w:pPr>
        <w:spacing w:before="80" w:after="60"/>
        <w:rPr>
          <w:b/>
        </w:rPr>
      </w:pPr>
    </w:p>
    <w:p w14:paraId="1A71B8A6" w14:textId="77777777" w:rsidR="00D43E36" w:rsidRPr="00101B22" w:rsidRDefault="00943F8E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  <w:bookmarkStart w:id="0" w:name="_GoBack"/>
      <w:bookmarkEnd w:id="0"/>
    </w:p>
    <w:p w14:paraId="17C56929" w14:textId="77777777" w:rsidR="00D43E36" w:rsidRDefault="00943F8E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943F8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943F8E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943F8E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943F8E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943F8E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943F8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943F8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943F8E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943F8E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943F8E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943F8E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943F8E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943F8E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943F8E">
            <w:proofErr w:type="spellStart"/>
            <w:r>
              <w:rPr>
                <w:b/>
                <w:color w:val="0D5F78"/>
              </w:rPr>
              <w:t>Cartea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943F8E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943F8E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943F8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943F8E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943F8E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943F8E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943F8E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943F8E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943F8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943F8E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943F8E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943F8E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943F8E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943F8E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</w:t>
            </w:r>
            <w:r w:rsidRPr="00D8126E">
              <w:rPr>
                <w:i/>
                <w:sz w:val="17"/>
                <w:lang w:val="fr-FR"/>
              </w:rPr>
              <w:t>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943F8E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</w:t>
            </w:r>
            <w:r w:rsidRPr="00D8126E">
              <w:rPr>
                <w:i/>
                <w:sz w:val="17"/>
                <w:lang w:val="fr-FR"/>
              </w:rPr>
              <w:t>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</w:t>
            </w:r>
            <w:r w:rsidRPr="00F437EE">
              <w:rPr>
                <w:i/>
                <w:sz w:val="17"/>
                <w:lang w:val="fr-FR"/>
              </w:rPr>
              <w:t>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943F8E">
            <w:pPr>
              <w:keepNext/>
            </w:pPr>
            <w:r w:rsidRPr="00F437E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943F8E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943F8E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943F8E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943F8E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943F8E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943F8E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943F8E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943F8E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943F8E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943F8E">
            <w:pPr>
              <w:rPr>
                <w:lang w:val="fr-FR"/>
              </w:rPr>
            </w:pPr>
            <w:proofErr w:type="gramStart"/>
            <w:r w:rsidRPr="00D8126E">
              <w:rPr>
                <w:i/>
                <w:color w:val="7A7A7A"/>
                <w:lang w:val="fr-FR"/>
              </w:rPr>
              <w:t>direct</w:t>
            </w:r>
            <w:proofErr w:type="gramEnd"/>
            <w:r w:rsidRPr="00D8126E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D38DF" w14:textId="77777777" w:rsidR="00943F8E" w:rsidRDefault="00943F8E">
      <w:r>
        <w:separator/>
      </w:r>
    </w:p>
  </w:endnote>
  <w:endnote w:type="continuationSeparator" w:id="0">
    <w:p w14:paraId="564EA868" w14:textId="77777777" w:rsidR="00943F8E" w:rsidRDefault="0094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4DF3B" w14:textId="40CF12F7" w:rsidR="00D43E36" w:rsidRDefault="00943F8E">
    <w:pPr>
      <w:pStyle w:val="Footer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75EDB" w14:textId="77777777" w:rsidR="00943F8E" w:rsidRDefault="00943F8E">
      <w:r>
        <w:separator/>
      </w:r>
    </w:p>
  </w:footnote>
  <w:footnote w:type="continuationSeparator" w:id="0">
    <w:p w14:paraId="727CD72C" w14:textId="77777777" w:rsidR="00943F8E" w:rsidRDefault="00943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826"/>
    <w:rsid w:val="00101B22"/>
    <w:rsid w:val="0015074B"/>
    <w:rsid w:val="0029639D"/>
    <w:rsid w:val="00326F90"/>
    <w:rsid w:val="006C103E"/>
    <w:rsid w:val="006F22DD"/>
    <w:rsid w:val="00943F8E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658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678924-39A2-48D2-9A90-1A546872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458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2026-09-23T10:08:00Z</dcterms:modified>
  <cp:category/>
</cp:coreProperties>
</file>